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Regular domestic clean, per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Regular clean, 3 bedroom house, per visit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End of lease clean, 2 bedroom unit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End of lease clean, 3 bedroom house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Oven detail clean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Carpet steam clean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