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Minimum charge, first hour plus travel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Half day, up to 4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Full day, up to 8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Flat pack assembly, per item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Hang a TV bracket on a masonry wall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